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46C" w:rsidRPr="00F072CB" w:rsidRDefault="00F072CB">
      <w:pPr>
        <w:pStyle w:val="aa"/>
        <w:rPr>
          <w:lang w:val="ru-RU"/>
        </w:rPr>
      </w:pPr>
      <w:bookmarkStart w:id="0" w:name="question_9"/>
      <w:bookmarkStart w:id="1" w:name="_GoBack"/>
      <w:bookmarkEnd w:id="1"/>
      <w:r w:rsidRPr="00F072CB">
        <w:rPr>
          <w:lang w:val="ru-RU"/>
        </w:rPr>
        <w:t>9. Принципы архивирования и архиваторы</w:t>
      </w:r>
      <w:bookmarkEnd w:id="0"/>
    </w:p>
    <w:p w:rsidR="0089746C" w:rsidRPr="00F072CB" w:rsidRDefault="00F072CB">
      <w:pPr>
        <w:pStyle w:val="21"/>
        <w:rPr>
          <w:lang w:val="ru-RU"/>
        </w:rPr>
      </w:pPr>
      <w:r w:rsidRPr="00F072CB">
        <w:rPr>
          <w:lang w:val="ru-RU"/>
        </w:rPr>
        <w:t>Назначение архивирования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Архивирование объединяет файлы и папки в один архивный файл или набор связанных томов. Обычно оно сопровождается сжатием, которое уменьшает объем данных. Архив может создаваться и без сжатия,</w:t>
      </w:r>
      <w:r w:rsidRPr="00F072CB">
        <w:rPr>
          <w:lang w:val="ru-RU"/>
        </w:rPr>
        <w:t xml:space="preserve"> если главная цель — собрать материалы в единый комплект и сохранить структуру папок при передаче.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В архиве хранятся содержимое объектов и служебные сведения, например имена и размеры. Программа-архиватор создает архив и извлекает его содержимое. При обычн</w:t>
      </w:r>
      <w:r w:rsidRPr="00F072CB">
        <w:rPr>
          <w:lang w:val="ru-RU"/>
        </w:rPr>
        <w:t>ом архивировании документов применяется сжатие без потерь: после корректной распаковки восстанавливаются исходные данные, необходимые для дальнейшей работы.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Архивирование удобно для отправки набора документов, переноса проекта и хранения подготовленной коп</w:t>
      </w:r>
      <w:r w:rsidRPr="00F072CB">
        <w:rPr>
          <w:lang w:val="ru-RU"/>
        </w:rPr>
        <w:t>ии. Вместо множества отдельных вложений получатель получает один комплект. Однако для работы с большинством материалов их сначала извлекают в обычную папку, чтобы изменения сохранялись в понятном расположении и не оставались во временных файлах.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Архив и ре</w:t>
      </w:r>
      <w:r w:rsidRPr="00F072CB">
        <w:rPr>
          <w:lang w:val="ru-RU"/>
        </w:rPr>
        <w:t>зервная копия — разные понятия. Архив может быть единственным местом хранения файла, тогда его повреждение приведет к потере данных. Резервная копия предназначена для восстановления и должна существовать отдельно от рабочей версии. Архиватор может использо</w:t>
      </w:r>
      <w:r w:rsidRPr="00F072CB">
        <w:rPr>
          <w:lang w:val="ru-RU"/>
        </w:rPr>
        <w:t>ваться при создании такой копии, но само сжатие не обеспечивает сохранность.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Перед выбором формата учитывают, какие программы есть у получателя и какие возможности нужны: обычное извлечение, шифрование или разделение на части. Для небольшого набора докумен</w:t>
      </w:r>
      <w:r w:rsidRPr="00F072CB">
        <w:rPr>
          <w:lang w:val="ru-RU"/>
        </w:rPr>
        <w:t>тов совместимость часто важнее максимального сжатия. При передаче также проверяют, что архив содержит именно готовые материалы, а не лишние временные файлы.</w:t>
      </w:r>
    </w:p>
    <w:p w:rsidR="0089746C" w:rsidRPr="00F072CB" w:rsidRDefault="00F072CB">
      <w:pPr>
        <w:pStyle w:val="21"/>
        <w:pageBreakBefore/>
        <w:rPr>
          <w:lang w:val="ru-RU"/>
        </w:rPr>
      </w:pPr>
      <w:r w:rsidRPr="00F072CB">
        <w:rPr>
          <w:lang w:val="ru-RU"/>
        </w:rPr>
        <w:lastRenderedPageBreak/>
        <w:t>Принципы и эффективность сжатия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Сжатие использует повторения и закономерности в данных. Вместо мног</w:t>
      </w:r>
      <w:r w:rsidRPr="00F072CB">
        <w:rPr>
          <w:lang w:val="ru-RU"/>
        </w:rPr>
        <w:t>ократного хранения одинакового фрагмента можно сохранить более короткое описание или ссылку на ранее встретившуюся последовательность. В упрощенном примере длинный ряд одинаковых символов описывается самим символом и числом повторений.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Словарные методы зам</w:t>
      </w:r>
      <w:r w:rsidRPr="00F072CB">
        <w:rPr>
          <w:lang w:val="ru-RU"/>
        </w:rPr>
        <w:t>еняют повторяющиеся последовательности ссылками на словарь или уже обработанные данные. Статистические методы назначают более короткие коды часто встречающимся элементам. Архиваторы могут сочетать несколько методов. Конкретный алгоритм определяет, как имен</w:t>
      </w:r>
      <w:r w:rsidRPr="00F072CB">
        <w:rPr>
          <w:lang w:val="ru-RU"/>
        </w:rPr>
        <w:t>но данные преобразуются и восстанавливаются.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При сжатии без потерь после извлечения получается исходная последовательность байтов. Это необходимо для программ, таблиц и текстовых документов. Сжатие с потерями допускает удаление части сведений и применяется</w:t>
      </w:r>
      <w:r w:rsidRPr="00F072CB">
        <w:rPr>
          <w:lang w:val="ru-RU"/>
        </w:rPr>
        <w:t xml:space="preserve"> в некоторых форматах изображения, звука и видео. Обычный архиватор не должен незаметно ухудшать содержимое документа ради меньшего размера.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 xml:space="preserve">Степень сжатия зависит от исходного материала. Текст с повторяющимися фрагментами обычно сокращается заметнее, чем </w:t>
      </w:r>
      <w:r w:rsidRPr="00F072CB">
        <w:rPr>
          <w:lang w:val="ru-RU"/>
        </w:rPr>
        <w:t>уже сжатые фотографии, видеозаписи и архивы. Повторное архивирование не гарантирует дополнительной экономии. Для небольших файлов служебные записи иногда приводят к тому, что архив оказывается немного больше исходного набора.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Если исходные файлы занимали 2</w:t>
      </w:r>
      <w:r w:rsidRPr="00F072CB">
        <w:rPr>
          <w:lang w:val="ru-RU"/>
        </w:rPr>
        <w:t>0 Мбайт, а архив — 8 Мбайт, его размер составляет 40 % исходного, экономия — 60 %. Более интенсивное сжатие часто требует больше времени и памяти. Поэтому параметры выбирают с учетом размера данных и задачи, а результат оценивают по фактическому объему гот</w:t>
      </w:r>
      <w:r w:rsidRPr="00F072CB">
        <w:rPr>
          <w:lang w:val="ru-RU"/>
        </w:rPr>
        <w:t>ового архива.</w:t>
      </w:r>
    </w:p>
    <w:p w:rsidR="0089746C" w:rsidRPr="00F072CB" w:rsidRDefault="00F072CB">
      <w:pPr>
        <w:pStyle w:val="21"/>
        <w:pageBreakBefore/>
        <w:rPr>
          <w:lang w:val="ru-RU"/>
        </w:rPr>
      </w:pPr>
      <w:r w:rsidRPr="00F072CB">
        <w:rPr>
          <w:lang w:val="ru-RU"/>
        </w:rPr>
        <w:lastRenderedPageBreak/>
        <w:t>Работа с архивами</w:t>
      </w:r>
    </w:p>
    <w:p w:rsidR="0089746C" w:rsidRPr="00F072CB" w:rsidRDefault="00F072CB">
      <w:pPr>
        <w:rPr>
          <w:lang w:val="ru-RU"/>
        </w:rPr>
      </w:pPr>
      <w:r>
        <w:t>ZIP</w:t>
      </w:r>
      <w:r w:rsidRPr="00F072CB">
        <w:rPr>
          <w:lang w:val="ru-RU"/>
        </w:rPr>
        <w:t xml:space="preserve"> — распространенный формат обмена архивами, который поддерживается многими программами и системными средствами. 7</w:t>
      </w:r>
      <w:r>
        <w:t>z</w:t>
      </w:r>
      <w:r w:rsidRPr="00F072CB">
        <w:rPr>
          <w:lang w:val="ru-RU"/>
        </w:rPr>
        <w:t xml:space="preserve"> и </w:t>
      </w:r>
      <w:r>
        <w:t>RAR</w:t>
      </w:r>
      <w:r w:rsidRPr="00F072CB">
        <w:rPr>
          <w:lang w:val="ru-RU"/>
        </w:rPr>
        <w:t xml:space="preserve"> предоставляют собственные способы сжатия и дополнительные возможности. Формат архива следует отличат</w:t>
      </w:r>
      <w:r w:rsidRPr="00F072CB">
        <w:rPr>
          <w:lang w:val="ru-RU"/>
        </w:rPr>
        <w:t>ь от программы: один архиватор может обслуживать несколько форматов, но не обязательно создавать каждый из них.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7-</w:t>
      </w:r>
      <w:r>
        <w:t>Zip</w:t>
      </w:r>
      <w:r w:rsidRPr="00F072CB">
        <w:rPr>
          <w:lang w:val="ru-RU"/>
        </w:rPr>
        <w:t xml:space="preserve"> создает, в частности, архивы 7</w:t>
      </w:r>
      <w:r>
        <w:t>z</w:t>
      </w:r>
      <w:r w:rsidRPr="00F072CB">
        <w:rPr>
          <w:lang w:val="ru-RU"/>
        </w:rPr>
        <w:t xml:space="preserve"> и </w:t>
      </w:r>
      <w:r>
        <w:t>ZIP</w:t>
      </w:r>
      <w:r w:rsidRPr="00F072CB">
        <w:rPr>
          <w:lang w:val="ru-RU"/>
        </w:rPr>
        <w:t xml:space="preserve"> и распаковывает многие другие форматы, включая </w:t>
      </w:r>
      <w:r>
        <w:t>RAR</w:t>
      </w:r>
      <w:r w:rsidRPr="00F072CB">
        <w:rPr>
          <w:lang w:val="ru-RU"/>
        </w:rPr>
        <w:t xml:space="preserve">. </w:t>
      </w:r>
      <w:r>
        <w:t>WinRAR</w:t>
      </w:r>
      <w:r w:rsidRPr="00F072CB">
        <w:rPr>
          <w:lang w:val="ru-RU"/>
        </w:rPr>
        <w:t xml:space="preserve"> позволяет создавать </w:t>
      </w:r>
      <w:r>
        <w:t>RAR</w:t>
      </w:r>
      <w:r w:rsidRPr="00F072CB">
        <w:rPr>
          <w:lang w:val="ru-RU"/>
        </w:rPr>
        <w:t xml:space="preserve"> и </w:t>
      </w:r>
      <w:r>
        <w:t>ZIP</w:t>
      </w:r>
      <w:r w:rsidRPr="00F072CB">
        <w:rPr>
          <w:lang w:val="ru-RU"/>
        </w:rPr>
        <w:t>, работать с</w:t>
      </w:r>
      <w:r w:rsidRPr="00F072CB">
        <w:rPr>
          <w:lang w:val="ru-RU"/>
        </w:rPr>
        <w:t xml:space="preserve"> томами и использовать средства восстановления в предусмотренных случаях. В </w:t>
      </w:r>
      <w:r>
        <w:t>Unix</w:t>
      </w:r>
      <w:r w:rsidRPr="00F072CB">
        <w:rPr>
          <w:lang w:val="ru-RU"/>
        </w:rPr>
        <w:t xml:space="preserve">-подобных системах </w:t>
      </w:r>
      <w:r>
        <w:t>tar</w:t>
      </w:r>
      <w:r w:rsidRPr="00F072CB">
        <w:rPr>
          <w:lang w:val="ru-RU"/>
        </w:rPr>
        <w:t xml:space="preserve"> часто применяют для объединения файлов, а </w:t>
      </w:r>
      <w:r>
        <w:t>gzip</w:t>
      </w:r>
      <w:r w:rsidRPr="00F072CB">
        <w:rPr>
          <w:lang w:val="ru-RU"/>
        </w:rPr>
        <w:t xml:space="preserve"> или </w:t>
      </w:r>
      <w:r>
        <w:t>xz</w:t>
      </w:r>
      <w:r w:rsidRPr="00F072CB">
        <w:rPr>
          <w:lang w:val="ru-RU"/>
        </w:rPr>
        <w:t xml:space="preserve"> — для последующего сжатия.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Для создания выбирают файлы, задают имя, папку назначения, формат и пара</w:t>
      </w:r>
      <w:r w:rsidRPr="00F072CB">
        <w:rPr>
          <w:lang w:val="ru-RU"/>
        </w:rPr>
        <w:t>метры сжатия. При необходимости устанавливают пароль или размер томов. Многотомный архив разделен на части; для полного извлечения нужны все необходимые тома. Самораспаковывающийся архив содержит исполняемый модуль, поэтому его запуск требует совместимой с</w:t>
      </w:r>
      <w:r w:rsidRPr="00F072CB">
        <w:rPr>
          <w:lang w:val="ru-RU"/>
        </w:rPr>
        <w:t>истемы и доверия к происхождению.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>После создания проверяют список файлов и целостность средствами архиватора. Затем пробуют извлечь содержимое в отдельную папку. Проверка целостности обнаруживает многие повреждения, но не подтверждает безопасность или прав</w:t>
      </w:r>
      <w:r w:rsidRPr="00F072CB">
        <w:rPr>
          <w:lang w:val="ru-RU"/>
        </w:rPr>
        <w:t>ильность самих документов. Исходные файлы удаляют только после проверки и при наличии необходимой стратегии хранения копий.</w:t>
      </w:r>
    </w:p>
    <w:p w:rsidR="0089746C" w:rsidRPr="00F072CB" w:rsidRDefault="00F072CB">
      <w:pPr>
        <w:rPr>
          <w:lang w:val="ru-RU"/>
        </w:rPr>
      </w:pPr>
      <w:r w:rsidRPr="00F072CB">
        <w:rPr>
          <w:lang w:val="ru-RU"/>
        </w:rPr>
        <w:t xml:space="preserve">При распаковке выбирают папку назначения и внимательно рассматривают предложения замены одноименных файлов. Шифрование ограничивает </w:t>
      </w:r>
      <w:r w:rsidRPr="00F072CB">
        <w:rPr>
          <w:lang w:val="ru-RU"/>
        </w:rPr>
        <w:t>доступ при использовании подходящего алгоритма и надежного пароля. Важные архивы хранят отдельно от рабочей копии и периодически проверяют, поскольку возможность восстановления определяется не наличием файла архива, а успешным извлечением его содержимого.</w:t>
      </w:r>
    </w:p>
    <w:sectPr w:rsidR="0089746C" w:rsidRPr="00F072CB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072CB">
      <w:pPr>
        <w:spacing w:line="240" w:lineRule="auto"/>
      </w:pPr>
      <w:r>
        <w:separator/>
      </w:r>
    </w:p>
  </w:endnote>
  <w:endnote w:type="continuationSeparator" w:id="0">
    <w:p w:rsidR="00000000" w:rsidRDefault="00F072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46C" w:rsidRDefault="00F072CB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072CB">
      <w:pPr>
        <w:spacing w:line="240" w:lineRule="auto"/>
      </w:pPr>
      <w:r>
        <w:separator/>
      </w:r>
    </w:p>
  </w:footnote>
  <w:footnote w:type="continuationSeparator" w:id="0">
    <w:p w:rsidR="00000000" w:rsidRDefault="00F072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46C" w:rsidRDefault="0089746C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746C"/>
    <w:rsid w:val="00AA1D8D"/>
    <w:rsid w:val="00B47730"/>
    <w:rsid w:val="00CB0664"/>
    <w:rsid w:val="00F072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E8DFFF-D56D-4269-8317-A87A9BF1B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9. Принципы архивирования и архиваторы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2026-10-31T18:11:00Z</dcterms:modified>
  <cp:category/>
</cp:coreProperties>
</file>