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8B6" w:rsidRPr="008531E6" w:rsidRDefault="008531E6">
      <w:pPr>
        <w:pStyle w:val="aa"/>
        <w:rPr>
          <w:lang w:val="ru-RU"/>
        </w:rPr>
      </w:pPr>
      <w:bookmarkStart w:id="0" w:name="question_8"/>
      <w:bookmarkStart w:id="1" w:name="_GoBack"/>
      <w:bookmarkEnd w:id="1"/>
      <w:r w:rsidRPr="008531E6">
        <w:rPr>
          <w:lang w:val="ru-RU"/>
        </w:rPr>
        <w:t xml:space="preserve">8. Основные файловые объекты </w:t>
      </w:r>
      <w:r>
        <w:t>Windows</w:t>
      </w:r>
      <w:bookmarkEnd w:id="0"/>
    </w:p>
    <w:p w:rsidR="00A148B6" w:rsidRPr="008531E6" w:rsidRDefault="008531E6">
      <w:pPr>
        <w:pStyle w:val="21"/>
        <w:rPr>
          <w:lang w:val="ru-RU"/>
        </w:rPr>
      </w:pPr>
      <w:r w:rsidRPr="008531E6">
        <w:rPr>
          <w:lang w:val="ru-RU"/>
        </w:rPr>
        <w:t>Файл как единица хранения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 xml:space="preserve">Файл — именованная совокупность данных, которую операционная система рассматривает как отдельный объект хранения. Файл может содержать текст, изображение, звук, таблицу, программу или </w:t>
      </w:r>
      <w:r w:rsidRPr="008531E6">
        <w:rPr>
          <w:lang w:val="ru-RU"/>
        </w:rPr>
        <w:t>служебные сведения. Его содержание определяется форматом и назначением, а доступ осуществляется через файловую систему.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Имя помогает отличать файл от других объектов в той же папке. Расширение обычно указывает на предполагаемый формат: .</w:t>
      </w:r>
      <w:r>
        <w:t>txt</w:t>
      </w:r>
      <w:r w:rsidRPr="008531E6">
        <w:rPr>
          <w:lang w:val="ru-RU"/>
        </w:rPr>
        <w:t xml:space="preserve"> используется дл</w:t>
      </w:r>
      <w:r w:rsidRPr="008531E6">
        <w:rPr>
          <w:lang w:val="ru-RU"/>
        </w:rPr>
        <w:t>я текстовых данных, .</w:t>
      </w:r>
      <w:r>
        <w:t>docx</w:t>
      </w:r>
      <w:r w:rsidRPr="008531E6">
        <w:rPr>
          <w:lang w:val="ru-RU"/>
        </w:rPr>
        <w:t xml:space="preserve"> — для документов </w:t>
      </w:r>
      <w:r>
        <w:t>Word</w:t>
      </w:r>
      <w:r w:rsidRPr="008531E6">
        <w:rPr>
          <w:lang w:val="ru-RU"/>
        </w:rPr>
        <w:t>, .</w:t>
      </w:r>
      <w:r>
        <w:t>png</w:t>
      </w:r>
      <w:r w:rsidRPr="008531E6">
        <w:rPr>
          <w:lang w:val="ru-RU"/>
        </w:rPr>
        <w:t xml:space="preserve"> — для изображений. Расширение является частью имени, но изменение этой части само по себе не преобразует содержимое.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 xml:space="preserve">К свойствам файла относятся размер, расположение, время изменения и атрибуты. Размер </w:t>
      </w:r>
      <w:r w:rsidRPr="008531E6">
        <w:rPr>
          <w:lang w:val="ru-RU"/>
        </w:rPr>
        <w:t>показывает объем данных, а занимаемое место на диске может отличаться из-за организации хранения. Время изменения полезно для ориентирования среди редакций, однако окончательный выбор нужного документа делают по его содержанию и назначению.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Программа и док</w:t>
      </w:r>
      <w:r w:rsidRPr="008531E6">
        <w:rPr>
          <w:lang w:val="ru-RU"/>
        </w:rPr>
        <w:t>умент могут храниться в файлах, но выполняют разные роли. Исполняемый файл содержит инструкции для запуска приложения, документ — данные для обработки в подходящей программе. Открытие текстового документа обычно запускает редактор, который читает файл и по</w:t>
      </w:r>
      <w:r w:rsidRPr="008531E6">
        <w:rPr>
          <w:lang w:val="ru-RU"/>
        </w:rPr>
        <w:t>казывает его содержимое пользователю.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Копия файла является самостоятельным экземпляром данных. Если скопированный документ затем изменить, исходный экземпляр обычно останется прежним. Это удобно для подготовки разных редакций, но требует понятных имен. Ина</w:t>
      </w:r>
      <w:r w:rsidRPr="008531E6">
        <w:rPr>
          <w:lang w:val="ru-RU"/>
        </w:rPr>
        <w:t>че пользователь может продолжить работу в старой копии и не заметить, что актуальные изменения находятся в другом месте.</w:t>
      </w:r>
    </w:p>
    <w:p w:rsidR="00A148B6" w:rsidRPr="008531E6" w:rsidRDefault="008531E6">
      <w:pPr>
        <w:pStyle w:val="21"/>
        <w:pageBreakBefore/>
        <w:rPr>
          <w:lang w:val="ru-RU"/>
        </w:rPr>
      </w:pPr>
      <w:r w:rsidRPr="008531E6">
        <w:rPr>
          <w:lang w:val="ru-RU"/>
        </w:rPr>
        <w:lastRenderedPageBreak/>
        <w:t>Папка и структура хранения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Папка, или каталог, служит для организации файлов и вложенных папок. С ее помощью данные объединяют по теме,</w:t>
      </w:r>
      <w:r w:rsidRPr="008531E6">
        <w:rPr>
          <w:lang w:val="ru-RU"/>
        </w:rPr>
        <w:t xml:space="preserve"> проекту, периоду или назначению. Папка не заменяет сам документ: она задает его место в структуре. Две папки могут содержать файлы с одинаковыми именами, которые при этом являются разными объектами.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 xml:space="preserve">Вложенность формирует дерево каталогов. Например, папка </w:t>
      </w:r>
      <w:r w:rsidRPr="008531E6">
        <w:rPr>
          <w:lang w:val="ru-RU"/>
        </w:rPr>
        <w:t>«Учеба» содержит папки «Информатика» и «Математика», а папка «Информатика» — документы и иллюстрации к работе. Родительская папка находится уровнем выше, вложенная — уровнем ниже. Такая организация позволяет группировать материалы без перечисления всех фай</w:t>
      </w:r>
      <w:r w:rsidRPr="008531E6">
        <w:rPr>
          <w:lang w:val="ru-RU"/>
        </w:rPr>
        <w:t>лов в одном общем списке.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 xml:space="preserve">Полный путь показывает последовательность расположений от корня до файла. Запись </w:t>
      </w:r>
      <w:r>
        <w:t>C</w:t>
      </w:r>
      <w:r w:rsidRPr="008531E6">
        <w:rPr>
          <w:lang w:val="ru-RU"/>
        </w:rPr>
        <w:t>:\Учеба\Информатика\Ответ.</w:t>
      </w:r>
      <w:r>
        <w:t>docx</w:t>
      </w:r>
      <w:r w:rsidRPr="008531E6">
        <w:rPr>
          <w:lang w:val="ru-RU"/>
        </w:rPr>
        <w:t xml:space="preserve"> означает файл «Ответ.</w:t>
      </w:r>
      <w:r>
        <w:t>docx</w:t>
      </w:r>
      <w:r w:rsidRPr="008531E6">
        <w:rPr>
          <w:lang w:val="ru-RU"/>
        </w:rPr>
        <w:t xml:space="preserve">» в папке «Информатика», находящейся внутри «Учеба» на томе </w:t>
      </w:r>
      <w:r>
        <w:t>C</w:t>
      </w:r>
      <w:r w:rsidRPr="008531E6">
        <w:rPr>
          <w:lang w:val="ru-RU"/>
        </w:rPr>
        <w:t xml:space="preserve">:. При передаче адреса другому </w:t>
      </w:r>
      <w:r w:rsidRPr="008531E6">
        <w:rPr>
          <w:lang w:val="ru-RU"/>
        </w:rPr>
        <w:t>пользователю нужно учитывать, существует ли на его компьютере такой же путь.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Папку можно создать, переименовать, скопировать, переместить или удалить. Операция над папкой обычно затрагивает и ее содержимое. Поэтому перед удалением следует просмотреть вложе</w:t>
      </w:r>
      <w:r w:rsidRPr="008531E6">
        <w:rPr>
          <w:lang w:val="ru-RU"/>
        </w:rPr>
        <w:t>нные материалы. Пустая с виду папка может содержать скрытые объекты, если их отображение отключено.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Удобная структура содержит понятные категории и не требует чрезмерного числа переходов. Для учебных материалов достаточно разделить дисциплины и виды работ,</w:t>
      </w:r>
      <w:r w:rsidRPr="008531E6">
        <w:rPr>
          <w:lang w:val="ru-RU"/>
        </w:rPr>
        <w:t xml:space="preserve"> а внутри хранить исходные и готовые документы. Системные папки следует отличать от пользовательских: изменение или удаление их содержимого может нарушить работу ОС и программ.</w:t>
      </w:r>
    </w:p>
    <w:p w:rsidR="00A148B6" w:rsidRPr="008531E6" w:rsidRDefault="008531E6">
      <w:pPr>
        <w:pStyle w:val="21"/>
        <w:pageBreakBefore/>
        <w:rPr>
          <w:lang w:val="ru-RU"/>
        </w:rPr>
      </w:pPr>
      <w:r w:rsidRPr="008531E6">
        <w:rPr>
          <w:lang w:val="ru-RU"/>
        </w:rPr>
        <w:lastRenderedPageBreak/>
        <w:t>Ярлык и отличие от копии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Ярлык — объект, который хранит ссылку на другой объект</w:t>
      </w:r>
      <w:r w:rsidRPr="008531E6">
        <w:rPr>
          <w:lang w:val="ru-RU"/>
        </w:rPr>
        <w:t xml:space="preserve"> и сведения для его открытия или запуска. В </w:t>
      </w:r>
      <w:r>
        <w:t>Windows</w:t>
      </w:r>
      <w:r w:rsidRPr="008531E6">
        <w:rPr>
          <w:lang w:val="ru-RU"/>
        </w:rPr>
        <w:t xml:space="preserve"> файловые ярлыки часто имеют формат .</w:t>
      </w:r>
      <w:r>
        <w:t>lnk</w:t>
      </w:r>
      <w:r w:rsidRPr="008531E6">
        <w:rPr>
          <w:lang w:val="ru-RU"/>
        </w:rPr>
        <w:t xml:space="preserve"> и отдельное обозначение на значке. Ярлык можно разместить на рабочем столе, чтобы быстро обращаться к программе или папке, находящейся в другом месте.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Создание ярлы</w:t>
      </w:r>
      <w:r w:rsidRPr="008531E6">
        <w:rPr>
          <w:lang w:val="ru-RU"/>
        </w:rPr>
        <w:t xml:space="preserve">ка не дублирует весь целевой документ. Если открыть файл через ярлык и сохранить изменения, изменится сам целевой файл. Несколько ярлыков могут вести к одному объекту. Поэтому ярлык удобен для доступа, но не выполняет функцию резервной копии и не защищает </w:t>
      </w:r>
      <w:r w:rsidRPr="008531E6">
        <w:rPr>
          <w:lang w:val="ru-RU"/>
        </w:rPr>
        <w:t>данные от удаления оригинала.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Удаление ярлыка обычно удаляет только ссылку, оставляя исходный объект на месте. Удаление целевого файла, напротив, может сделать ярлык неработающим. После перемещения объекта система иногда находит его новое расположение, одн</w:t>
      </w:r>
      <w:r w:rsidRPr="008531E6">
        <w:rPr>
          <w:lang w:val="ru-RU"/>
        </w:rPr>
        <w:t>ако полагаться на это всегда нельзя. При неисправном ярлыке проверяют свойства и указанный путь.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Различие можно увидеть на простом примере. Файл «Отчет.</w:t>
      </w:r>
      <w:r>
        <w:t>docx</w:t>
      </w:r>
      <w:r w:rsidRPr="008531E6">
        <w:rPr>
          <w:lang w:val="ru-RU"/>
        </w:rPr>
        <w:t>» находится в папке «Документы». Его копия на внешнем накопителе содержит отдельные данные. Ярлык «О</w:t>
      </w:r>
      <w:r w:rsidRPr="008531E6">
        <w:rPr>
          <w:lang w:val="ru-RU"/>
        </w:rPr>
        <w:t>тчет» на рабочем столе только открывает исходный файл. Если отправить другому человеку один ярлык, сам отчет обычно не будет передан.</w:t>
      </w:r>
    </w:p>
    <w:p w:rsidR="00A148B6" w:rsidRPr="008531E6" w:rsidRDefault="008531E6">
      <w:pPr>
        <w:rPr>
          <w:lang w:val="ru-RU"/>
        </w:rPr>
      </w:pPr>
      <w:r w:rsidRPr="008531E6">
        <w:rPr>
          <w:lang w:val="ru-RU"/>
        </w:rPr>
        <w:t>Файл хранит содержимое, папка организует объекты, а ярлык облегчает доступ к цели. Перед копированием, удалением и отправк</w:t>
      </w:r>
      <w:r w:rsidRPr="008531E6">
        <w:rPr>
          <w:lang w:val="ru-RU"/>
        </w:rPr>
        <w:t>ой важно определить тип выбранного объекта. Для передачи работы нужен сам документ; для сохранности — его проверенная копия; для быстрого запуска на своем компьютере достаточно ярлыка.</w:t>
      </w:r>
    </w:p>
    <w:sectPr w:rsidR="00A148B6" w:rsidRPr="008531E6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531E6">
      <w:pPr>
        <w:spacing w:line="240" w:lineRule="auto"/>
      </w:pPr>
      <w:r>
        <w:separator/>
      </w:r>
    </w:p>
  </w:endnote>
  <w:endnote w:type="continuationSeparator" w:id="0">
    <w:p w:rsidR="00000000" w:rsidRDefault="008531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8B6" w:rsidRDefault="008531E6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531E6">
      <w:pPr>
        <w:spacing w:line="240" w:lineRule="auto"/>
      </w:pPr>
      <w:r>
        <w:separator/>
      </w:r>
    </w:p>
  </w:footnote>
  <w:footnote w:type="continuationSeparator" w:id="0">
    <w:p w:rsidR="00000000" w:rsidRDefault="008531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8B6" w:rsidRDefault="00A148B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31E6"/>
    <w:rsid w:val="00A148B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00943F-1B24-4881-8821-ED7CA467C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1. Вопрос 8. Основные файловые объекты Windows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2026-10-31T18:10:00Z</dcterms:modified>
  <cp:category/>
</cp:coreProperties>
</file>