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D9B" w:rsidRPr="00710861" w:rsidRDefault="00710861">
      <w:pPr>
        <w:pStyle w:val="aa"/>
        <w:rPr>
          <w:lang w:val="ru-RU"/>
        </w:rPr>
      </w:pPr>
      <w:bookmarkStart w:id="0" w:name="question_4"/>
      <w:bookmarkStart w:id="1" w:name="_GoBack"/>
      <w:bookmarkEnd w:id="1"/>
      <w:r w:rsidRPr="00710861">
        <w:rPr>
          <w:lang w:val="ru-RU"/>
        </w:rPr>
        <w:t xml:space="preserve">4. Особенности операционной системы </w:t>
      </w:r>
      <w:r>
        <w:t>Windows</w:t>
      </w:r>
      <w:bookmarkEnd w:id="0"/>
    </w:p>
    <w:p w:rsidR="00535D9B" w:rsidRPr="00710861" w:rsidRDefault="00710861">
      <w:pPr>
        <w:pStyle w:val="21"/>
        <w:rPr>
          <w:lang w:val="ru-RU"/>
        </w:rPr>
      </w:pPr>
      <w:r w:rsidRPr="00710861">
        <w:rPr>
          <w:lang w:val="ru-RU"/>
        </w:rPr>
        <w:t xml:space="preserve">Общая характеристика </w:t>
      </w:r>
      <w:r>
        <w:t>Windows</w:t>
      </w:r>
    </w:p>
    <w:p w:rsidR="00535D9B" w:rsidRPr="00710861" w:rsidRDefault="00710861">
      <w:pPr>
        <w:rPr>
          <w:lang w:val="ru-RU"/>
        </w:rPr>
      </w:pPr>
      <w:r>
        <w:t>Windows</w:t>
      </w:r>
      <w:r w:rsidRPr="00710861">
        <w:rPr>
          <w:lang w:val="ru-RU"/>
        </w:rPr>
        <w:t xml:space="preserve"> — семейство операционных систем </w:t>
      </w:r>
      <w:r>
        <w:t>Microsoft</w:t>
      </w:r>
      <w:r w:rsidRPr="00710861">
        <w:rPr>
          <w:lang w:val="ru-RU"/>
        </w:rPr>
        <w:t xml:space="preserve">. Настольные выпуски предназначены для персональных компьютеров и предоставляют графическую среду для запуска приложений, работы с </w:t>
      </w:r>
      <w:r w:rsidRPr="00710861">
        <w:rPr>
          <w:lang w:val="ru-RU"/>
        </w:rPr>
        <w:t xml:space="preserve">файлами и настройки оборудования. Существуют также серверные решения семейства </w:t>
      </w:r>
      <w:r>
        <w:t>Windows</w:t>
      </w:r>
      <w:r w:rsidRPr="00710861">
        <w:rPr>
          <w:lang w:val="ru-RU"/>
        </w:rPr>
        <w:t>, ориентированные на обслуживание пользователей и сетевых ресурсов.</w:t>
      </w:r>
    </w:p>
    <w:p w:rsidR="00535D9B" w:rsidRPr="00710861" w:rsidRDefault="00710861">
      <w:pPr>
        <w:rPr>
          <w:lang w:val="ru-RU"/>
        </w:rPr>
      </w:pPr>
      <w:r w:rsidRPr="00710861">
        <w:rPr>
          <w:lang w:val="ru-RU"/>
        </w:rPr>
        <w:t xml:space="preserve">Характерная особенность </w:t>
      </w:r>
      <w:r>
        <w:t>Windows</w:t>
      </w:r>
      <w:r w:rsidRPr="00710861">
        <w:rPr>
          <w:lang w:val="ru-RU"/>
        </w:rPr>
        <w:t xml:space="preserve"> — оконная организация работы. Приложения отображаются в отдельных окна</w:t>
      </w:r>
      <w:r w:rsidRPr="00710861">
        <w:rPr>
          <w:lang w:val="ru-RU"/>
        </w:rPr>
        <w:t>х, между которыми можно переключаться. Пользователь изменяет размер и положение окон, сворачивает их на панель задач и закрывает после завершения работы. Несколько открытых окон позволяют сопоставлять материалы и переносить данные между программами.</w:t>
      </w:r>
    </w:p>
    <w:p w:rsidR="00535D9B" w:rsidRPr="00710861" w:rsidRDefault="00710861">
      <w:pPr>
        <w:rPr>
          <w:lang w:val="ru-RU"/>
        </w:rPr>
      </w:pPr>
      <w:r>
        <w:t>Window</w:t>
      </w:r>
      <w:r>
        <w:t>s</w:t>
      </w:r>
      <w:r w:rsidRPr="00710861">
        <w:rPr>
          <w:lang w:val="ru-RU"/>
        </w:rPr>
        <w:t xml:space="preserve"> поддерживает вытесняющую многозадачность. Система распределяет процессорное время между процессами, а отдельные задачи могут выполняться параллельно на разных ядрах. Защита памяти и разделение процессов ограничивают влияние ошибки одного приложения на др</w:t>
      </w:r>
      <w:r w:rsidRPr="00710861">
        <w:rPr>
          <w:lang w:val="ru-RU"/>
        </w:rPr>
        <w:t>угие. При этом сбои драйверов или системных компонентов могут затронуть работу компьютера в целом.</w:t>
      </w:r>
    </w:p>
    <w:p w:rsidR="00535D9B" w:rsidRPr="00710861" w:rsidRDefault="00710861">
      <w:pPr>
        <w:rPr>
          <w:lang w:val="ru-RU"/>
        </w:rPr>
      </w:pPr>
      <w:r w:rsidRPr="00710861">
        <w:rPr>
          <w:lang w:val="ru-RU"/>
        </w:rPr>
        <w:t xml:space="preserve">Для взаимодействия с пользователем предусмотрены меню «Пуск», панель задач, Проводник и средства настройки. Система также поддерживает командные инструменты </w:t>
      </w:r>
      <w:r w:rsidRPr="00710861">
        <w:rPr>
          <w:lang w:val="ru-RU"/>
        </w:rPr>
        <w:t xml:space="preserve">и </w:t>
      </w:r>
      <w:r>
        <w:t>PowerShell</w:t>
      </w:r>
      <w:r w:rsidRPr="00710861">
        <w:rPr>
          <w:lang w:val="ru-RU"/>
        </w:rPr>
        <w:t>. Графические средства удобны для обычных действий, а командные оболочки позволяют автоматизировать повторяющиеся операции и выполнять администрирование.</w:t>
      </w:r>
    </w:p>
    <w:p w:rsidR="00535D9B" w:rsidRPr="00710861" w:rsidRDefault="00710861">
      <w:pPr>
        <w:rPr>
          <w:lang w:val="ru-RU"/>
        </w:rPr>
      </w:pPr>
      <w:r w:rsidRPr="00710861">
        <w:rPr>
          <w:lang w:val="ru-RU"/>
        </w:rPr>
        <w:t xml:space="preserve">Расположение команд и внешний вид элементов зависят от версии </w:t>
      </w:r>
      <w:r>
        <w:t>Windows</w:t>
      </w:r>
      <w:r w:rsidRPr="00710861">
        <w:rPr>
          <w:lang w:val="ru-RU"/>
        </w:rPr>
        <w:t xml:space="preserve"> и настроек компьютер</w:t>
      </w:r>
      <w:r w:rsidRPr="00710861">
        <w:rPr>
          <w:lang w:val="ru-RU"/>
        </w:rPr>
        <w:t>а. Поэтому при изучении системы полезно запоминать назначение операций: открыть файл, изменить параметры, проверить свойства, завершить программу. Такое понимание сохраняет значение при изменении оформления интерфейса.</w:t>
      </w:r>
    </w:p>
    <w:p w:rsidR="00535D9B" w:rsidRPr="00710861" w:rsidRDefault="00710861">
      <w:pPr>
        <w:pStyle w:val="21"/>
        <w:pageBreakBefore/>
        <w:rPr>
          <w:lang w:val="ru-RU"/>
        </w:rPr>
      </w:pPr>
      <w:r w:rsidRPr="00710861">
        <w:rPr>
          <w:lang w:val="ru-RU"/>
        </w:rPr>
        <w:lastRenderedPageBreak/>
        <w:t>Программы и оборудование</w:t>
      </w:r>
    </w:p>
    <w:p w:rsidR="00535D9B" w:rsidRPr="00710861" w:rsidRDefault="00710861">
      <w:pPr>
        <w:rPr>
          <w:lang w:val="ru-RU"/>
        </w:rPr>
      </w:pPr>
      <w:r>
        <w:t>Windows</w:t>
      </w:r>
      <w:r w:rsidRPr="00710861">
        <w:rPr>
          <w:lang w:val="ru-RU"/>
        </w:rPr>
        <w:t xml:space="preserve"> пред</w:t>
      </w:r>
      <w:r w:rsidRPr="00710861">
        <w:rPr>
          <w:lang w:val="ru-RU"/>
        </w:rPr>
        <w:t>оставляет приложениям общие системные службы и программные интерфейсы. Благодаря этому программы могут использовать окна, печать, обмен через буфер, сетевые соединения и доступ к файлам. Для запуска конкретного приложения необходимо учитывать его системные</w:t>
      </w:r>
      <w:r w:rsidRPr="00710861">
        <w:rPr>
          <w:lang w:val="ru-RU"/>
        </w:rPr>
        <w:t xml:space="preserve"> требования и совместимость с установленной ОС.</w:t>
      </w:r>
    </w:p>
    <w:p w:rsidR="00535D9B" w:rsidRPr="00710861" w:rsidRDefault="00710861">
      <w:pPr>
        <w:rPr>
          <w:lang w:val="ru-RU"/>
        </w:rPr>
      </w:pPr>
      <w:r w:rsidRPr="00710861">
        <w:rPr>
          <w:lang w:val="ru-RU"/>
        </w:rPr>
        <w:t>Работу оборудования обеспечивают драйверы. При подключении устройства система может обнаружить его и установить подходящее программное обеспечение. Однако автоматическое определение не гарантирует поддержку в</w:t>
      </w:r>
      <w:r w:rsidRPr="00710861">
        <w:rPr>
          <w:lang w:val="ru-RU"/>
        </w:rPr>
        <w:t>сех функций. Для диагностики применяют Диспетчер устройств, где отображаются устройства и сведения о проблемах их работы.</w:t>
      </w:r>
    </w:p>
    <w:p w:rsidR="00535D9B" w:rsidRPr="00710861" w:rsidRDefault="00710861">
      <w:pPr>
        <w:rPr>
          <w:lang w:val="ru-RU"/>
        </w:rPr>
      </w:pPr>
      <w:r w:rsidRPr="00710861">
        <w:rPr>
          <w:lang w:val="ru-RU"/>
        </w:rPr>
        <w:t xml:space="preserve">Файлы организованы в папки и размещаются на томах. Для системных томов </w:t>
      </w:r>
      <w:r>
        <w:t>Windows</w:t>
      </w:r>
      <w:r w:rsidRPr="00710861">
        <w:rPr>
          <w:lang w:val="ru-RU"/>
        </w:rPr>
        <w:t xml:space="preserve"> обычно применяется </w:t>
      </w:r>
      <w:r>
        <w:t>NTFS</w:t>
      </w:r>
      <w:r w:rsidRPr="00710861">
        <w:rPr>
          <w:lang w:val="ru-RU"/>
        </w:rPr>
        <w:t>, поддерживающая разграничение д</w:t>
      </w:r>
      <w:r w:rsidRPr="00710861">
        <w:rPr>
          <w:lang w:val="ru-RU"/>
        </w:rPr>
        <w:t xml:space="preserve">оступа и другие служебные возможности. Внешние накопители могут использовать иные файловые системы, например </w:t>
      </w:r>
      <w:r>
        <w:t>exFAT</w:t>
      </w:r>
      <w:r w:rsidRPr="00710861">
        <w:rPr>
          <w:lang w:val="ru-RU"/>
        </w:rPr>
        <w:t>. Форматирование определяет организацию хранения, поэтому перед ним необходимо сохранить нужные данные отдельно.</w:t>
      </w:r>
    </w:p>
    <w:p w:rsidR="00535D9B" w:rsidRPr="00710861" w:rsidRDefault="00710861">
      <w:pPr>
        <w:rPr>
          <w:lang w:val="ru-RU"/>
        </w:rPr>
      </w:pPr>
      <w:r w:rsidRPr="00710861">
        <w:rPr>
          <w:lang w:val="ru-RU"/>
        </w:rPr>
        <w:t>Проводник позволяет открывать</w:t>
      </w:r>
      <w:r w:rsidRPr="00710861">
        <w:rPr>
          <w:lang w:val="ru-RU"/>
        </w:rPr>
        <w:t xml:space="preserve">, копировать, перемещать и переименовывать файлы. Тип файла связан с его форматом, а расширение помогает выбрать приложение для открытия. Ассоциации файлов определяют программу по умолчанию: например, какой редактор откроет документ после двойного щелчка. </w:t>
      </w:r>
      <w:r w:rsidRPr="00710861">
        <w:rPr>
          <w:lang w:val="ru-RU"/>
        </w:rPr>
        <w:t>Изменение ассоциации не меняет содержимое файла.</w:t>
      </w:r>
    </w:p>
    <w:p w:rsidR="00535D9B" w:rsidRPr="00710861" w:rsidRDefault="00710861">
      <w:pPr>
        <w:rPr>
          <w:lang w:val="ru-RU"/>
        </w:rPr>
      </w:pPr>
      <w:r>
        <w:t>Windows</w:t>
      </w:r>
      <w:r w:rsidRPr="00710861">
        <w:rPr>
          <w:lang w:val="ru-RU"/>
        </w:rPr>
        <w:t xml:space="preserve"> поддерживает локальную сеть и доступ к интернету. Пользователь может подключаться к общим папкам и принтерам, если это разрешено настройками доступа. Сетевое размещение документа отличается от локаль</w:t>
      </w:r>
      <w:r w:rsidRPr="00710861">
        <w:rPr>
          <w:lang w:val="ru-RU"/>
        </w:rPr>
        <w:t>ного: доступность файла зависит от соединения и состояния удаленного компьютера. Облачная синхронизация дополнительно зависит от используемого сервиса.</w:t>
      </w:r>
    </w:p>
    <w:p w:rsidR="00535D9B" w:rsidRPr="00710861" w:rsidRDefault="00710861">
      <w:pPr>
        <w:pStyle w:val="21"/>
        <w:pageBreakBefore/>
        <w:rPr>
          <w:lang w:val="ru-RU"/>
        </w:rPr>
      </w:pPr>
      <w:r w:rsidRPr="00710861">
        <w:rPr>
          <w:lang w:val="ru-RU"/>
        </w:rPr>
        <w:lastRenderedPageBreak/>
        <w:t xml:space="preserve">Защита и обслуживание </w:t>
      </w:r>
      <w:r>
        <w:t>Windows</w:t>
      </w:r>
    </w:p>
    <w:p w:rsidR="00535D9B" w:rsidRPr="00710861" w:rsidRDefault="00710861">
      <w:pPr>
        <w:rPr>
          <w:lang w:val="ru-RU"/>
        </w:rPr>
      </w:pPr>
      <w:r w:rsidRPr="00710861">
        <w:rPr>
          <w:lang w:val="ru-RU"/>
        </w:rPr>
        <w:t>Учетные записи позволяют хранить индивидуальные параметры и разграничивать</w:t>
      </w:r>
      <w:r w:rsidRPr="00710861">
        <w:rPr>
          <w:lang w:val="ru-RU"/>
        </w:rPr>
        <w:t xml:space="preserve"> права. Обычный пользователь работает с предоставленными ресурсами, администратор имеет дополнительные возможности изменения системы. Повышенные права следует использовать для действий, которые действительно их требуют, поскольку случайная ошибка администр</w:t>
      </w:r>
      <w:r w:rsidRPr="00710861">
        <w:rPr>
          <w:lang w:val="ru-RU"/>
        </w:rPr>
        <w:t>атора может затронуть другие учетные записи и системные настройки.</w:t>
      </w:r>
    </w:p>
    <w:p w:rsidR="00535D9B" w:rsidRPr="00710861" w:rsidRDefault="00710861">
      <w:pPr>
        <w:rPr>
          <w:lang w:val="ru-RU"/>
        </w:rPr>
      </w:pPr>
      <w:r w:rsidRPr="00710861">
        <w:rPr>
          <w:lang w:val="ru-RU"/>
        </w:rPr>
        <w:t>Контроль учетных записей сообщает о действиях, требующих повышения прав. Такое уведомление помогает проверить, какая программа запрашивает изменение системы. Оно не заменяет проверку происх</w:t>
      </w:r>
      <w:r w:rsidRPr="00710861">
        <w:rPr>
          <w:lang w:val="ru-RU"/>
        </w:rPr>
        <w:t xml:space="preserve">ождения приложения. Средства защиты </w:t>
      </w:r>
      <w:r>
        <w:t>Windows</w:t>
      </w:r>
      <w:r w:rsidRPr="00710861">
        <w:rPr>
          <w:lang w:val="ru-RU"/>
        </w:rPr>
        <w:t xml:space="preserve"> также включают механизмы противодействия вредоносному программному обеспечению и сетевой экран; доступные настройки зависят от редакции и конфигурации.</w:t>
      </w:r>
    </w:p>
    <w:p w:rsidR="00535D9B" w:rsidRPr="00710861" w:rsidRDefault="00710861">
      <w:pPr>
        <w:rPr>
          <w:lang w:val="ru-RU"/>
        </w:rPr>
      </w:pPr>
      <w:r w:rsidRPr="00710861">
        <w:rPr>
          <w:lang w:val="ru-RU"/>
        </w:rPr>
        <w:t>Обновления исправляют обнаруженные ошибки и могут изменять в</w:t>
      </w:r>
      <w:r w:rsidRPr="00710861">
        <w:rPr>
          <w:lang w:val="ru-RU"/>
        </w:rPr>
        <w:t>озможности системы. Перед важной работой полезно учитывать необходимость перезапуска и сохранять документы. Обновление ОС и резервное копирование решают разные задачи: первое изменяет программную среду, второе сохраняет возможность восстановления пользоват</w:t>
      </w:r>
      <w:r w:rsidRPr="00710861">
        <w:rPr>
          <w:lang w:val="ru-RU"/>
        </w:rPr>
        <w:t>ельских данных.</w:t>
      </w:r>
    </w:p>
    <w:p w:rsidR="00535D9B" w:rsidRPr="00710861" w:rsidRDefault="00710861">
      <w:pPr>
        <w:rPr>
          <w:lang w:val="ru-RU"/>
        </w:rPr>
      </w:pPr>
      <w:r w:rsidRPr="00710861">
        <w:rPr>
          <w:lang w:val="ru-RU"/>
        </w:rPr>
        <w:t>Диспетчер задач показывает выполняемые процессы и использование ресурсов. Он помогает обнаружить приложение, занимающее много памяти или процессорного времени. Принудительное завершение применяют, если программа не реагирует, но несохраненн</w:t>
      </w:r>
      <w:r w:rsidRPr="00710861">
        <w:rPr>
          <w:lang w:val="ru-RU"/>
        </w:rPr>
        <w:t>ые изменения могут быть потеряны. Поэтому сначала следует попытаться закрыть ее обычным способом.</w:t>
      </w:r>
    </w:p>
    <w:p w:rsidR="00535D9B" w:rsidRPr="00710861" w:rsidRDefault="00710861">
      <w:pPr>
        <w:rPr>
          <w:lang w:val="ru-RU"/>
        </w:rPr>
      </w:pPr>
      <w:r w:rsidRPr="00710861">
        <w:rPr>
          <w:lang w:val="ru-RU"/>
        </w:rPr>
        <w:t xml:space="preserve">Особенности </w:t>
      </w:r>
      <w:r>
        <w:t>Windows</w:t>
      </w:r>
      <w:r w:rsidRPr="00710861">
        <w:rPr>
          <w:lang w:val="ru-RU"/>
        </w:rPr>
        <w:t xml:space="preserve"> проявляются в сочетании графического управления, многозадачности, поддержки прикладных программ и централизованных средств настройки. Эффе</w:t>
      </w:r>
      <w:r w:rsidRPr="00710861">
        <w:rPr>
          <w:lang w:val="ru-RU"/>
        </w:rPr>
        <w:t>ктивная работа требует понимания файловой структуры, прав доступа и состояния приложений. Пользователь должен сохранять данные, проверять сообщения системы и уметь находить нужную настройку по ее назначению.</w:t>
      </w:r>
    </w:p>
    <w:sectPr w:rsidR="00535D9B" w:rsidRPr="00710861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10861">
      <w:pPr>
        <w:spacing w:line="240" w:lineRule="auto"/>
      </w:pPr>
      <w:r>
        <w:separator/>
      </w:r>
    </w:p>
  </w:endnote>
  <w:endnote w:type="continuationSeparator" w:id="0">
    <w:p w:rsidR="00000000" w:rsidRDefault="007108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D9B" w:rsidRDefault="00710861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10861">
      <w:pPr>
        <w:spacing w:line="240" w:lineRule="auto"/>
      </w:pPr>
      <w:r>
        <w:separator/>
      </w:r>
    </w:p>
  </w:footnote>
  <w:footnote w:type="continuationSeparator" w:id="0">
    <w:p w:rsidR="00000000" w:rsidRDefault="007108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D9B" w:rsidRDefault="00535D9B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5D9B"/>
    <w:rsid w:val="0071086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5D9D6E-9582-418F-A1F7-43312AD51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5315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1. Вопрос 4. Особенности операционной системы Windows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2026-10-31T18:09:00Z</dcterms:modified>
  <cp:category/>
</cp:coreProperties>
</file>